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8000" cy="1054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_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1054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ageBreakBefore/>
        <w:spacing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8000" cy="10548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_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1054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ageBreakBefore/>
        <w:spacing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8000" cy="105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_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1054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ageBreakBefore/>
        <w:spacing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8000" cy="105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_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1054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ageBreakBefore/>
        <w:spacing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8000" cy="105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_05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1054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ageBreakBefore/>
        <w:spacing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8000" cy="105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_06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1054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ageBreakBefore/>
        <w:spacing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8000" cy="10548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_07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1054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ageBreakBefore/>
        <w:spacing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8000" cy="10548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_08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1054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ageBreakBefore/>
        <w:spacing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8000" cy="10548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_09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1054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ageBreakBefore/>
        <w:spacing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8000" cy="105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_10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488000" cy="105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85" w:right="57" w:bottom="85" w:left="5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